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מילות שאלה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שאילת שאלות ברמות חשיבה שונות על טקסט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 / חט״ב /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https://kubiyot-lemida.sites.tab.bot/luach-milot-sheela.html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מקרא הקוביה: 1 – מי?; 2 – מה?; 3 – איפה?; 4 – מתי?; 5 – למה?; 6 – איך?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לוח המשימות והקוביה לקיפול – בעמוד הלוח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התאימו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 – אדם או דמות   2) ב – מקום   3) ג – זמן   4) ד – סיבה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מתי?   2) א – למה?   3) א – למה חשוב לעשות דברים יחד?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לפי הלוח   2)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❓ מילות שאלה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תרגלו את מה שעשיתם בתחנת הקוביות: שאילת שאלות ברמות חשיבה שונות על טקסט.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אדם או דמות  |  מקום  |  זמן  |  סיבה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התאימו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ליד כל מספר את האות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מי?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אדם או דמות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איפה?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מקום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מתי?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זמן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למה?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סיבה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איזו שאלה עונה "בכל יום שישי"?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איפה?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מתי?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"כי השכנה לא ויתרה" – תשובה לשאלה: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למה?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איך?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איזו שאלה היא שאלה לדיון (אין לה תשובה אחת)?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למה חשוב לעשות דברים יחד?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מה שתלה השכנה?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גלגול 1: יצא המספר ___. המשימה (בעמודה 🟢 על הטקסט):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גלגול 2: יצא המספר ___. המשימה (בעמודה 🟢 על הטקסט):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קצרה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משימה אחת מהלוח (מילות שאלה)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מילות שאלה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