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מילות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שאילת שאלות ברמות חשיבה שונות על 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https://kubiyot-lemida.sites.tab.bot/luach-milot-sheela.html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מי?; 2 – מה?; 3 – איפה?; 4 – מתי?; 5 – למה?; 6 – איך?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אדם או דמות   2) ד – מקום   3) ג – זמן   4) א – סיבה   5) ה – דרך / אופן   6) ו – מספר או כמות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מתי?   2) א – למה?   3) א – למה חשוב לעשות דברים יחד?   4) א – כמה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עונים בסיבה   3) לא נכון – יש רמזים, אבל צריך להסיק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❓ מילות שאלה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שאילת שאלות ברמות חשיבה שונות על טקסט.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סיבה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אדם או דמות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זמן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מקום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דרך / אופן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מספר או כמות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על איזו שאלה עונה "בכל יום שישי"?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מי?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"כי השכנה לא ויתרה" – תשובה לשאלה: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איפה?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איזו שאלה היא שאלה לדיון (אין לה תשובה אחת)?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למה חשוב לעשות דברים יחד?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מה שתלה השכנה?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איפה הגינה?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"____ אנשים עלו לגג אחרי חודש?" – התשובה: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"איפה?" עונים במקום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"למה?" עונים בזמן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"בין השורות" אין שום רמז בטקסט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"איך?" שואלת על הדרך שבה משהו נעשה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(מילות שאלה)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שאלה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